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SEÇMELİ YAPAY ZEKA - NumPy Soru ve Cevapları</w:t>
      </w:r>
    </w:p>
    <w:p>
      <w:r>
        <w:rPr>
          <w:b/>
        </w:rPr>
        <w:t>1. NumPy kütüphanesini Python programına nasıl içe aktarırız ve varsayılan takma adı nedir?</w:t>
      </w:r>
    </w:p>
    <w:p>
      <w:r>
        <w:t>NumPy kütüphanesi 'import numpy as np' komutuyla içe aktarılır. Buradaki 'np' ifadesi kütüphane için yaygın olarak kullanılan standart takma addır.</w:t>
      </w:r>
    </w:p>
    <w:p/>
    <w:p>
      <w:r>
        <w:rPr>
          <w:b/>
        </w:rPr>
        <w:t>2. Bir Python listesini NumPy dizisine (array) dönüştürmek için hangi fonksiyon kullanılır?</w:t>
      </w:r>
    </w:p>
    <w:p>
      <w:r>
        <w:t>Python listesini NumPy dizisine dönüştürmek için 'np.array()' fonksiyonu kullanılır. Örnek: np.array([1, 2, 3, 4, 5])</w:t>
      </w:r>
    </w:p>
    <w:p/>
    <w:p>
      <w:r>
        <w:rPr>
          <w:b/>
        </w:rPr>
        <w:t>3. NumPy dizilerinin Python listelerinden temel farkı olan 'homojenlik' ne anlama gelir?</w:t>
      </w:r>
    </w:p>
    <w:p>
      <w:r>
        <w:t>NumPy dizilerindeki tüm elemanlar aynı veri tipinde olmak zorundadır. Örneğin, bir tamsayı dizisine ondalıklı bir sayı eklenirse tüm elemanlar otomatik olarak float tipine dönüştürülür.</w:t>
      </w:r>
    </w:p>
    <w:p/>
    <w:p>
      <w:r>
        <w:rPr>
          <w:b/>
        </w:rPr>
        <w:t>4. Dizi oluştururken elemanların veri tipini doğrudan belirlemek için hangi parametre kullanılır?</w:t>
      </w:r>
    </w:p>
    <w:p>
      <w:r>
        <w:t>'dtype' parametresi kullanılır. Örneğin: np.array([1, 2, 3], dtype=float) komutu diziyi ondalıklı sayılardan oluşturur.</w:t>
      </w:r>
    </w:p>
    <w:p/>
    <w:p>
      <w:r>
        <w:rPr>
          <w:b/>
        </w:rPr>
        <w:t>5. 1D, 2D ve 3D diziler arasındaki fark nedir?</w:t>
      </w:r>
    </w:p>
    <w:p>
      <w:r>
        <w:t>1D (Tek Boyutlu): Vektör yapısındadır (ör. [1, 2, 3]).</w:t>
        <w:br/>
        <w:t>2D (İki Boyutlu): Satır ve sütunlardan oluşan matris yapısındadır.</w:t>
        <w:br/>
        <w:t>3D (Üç Boyutlu): Matrislerin üst üste istiflenmesiyle oluşan çok boyutlu yapılardır.</w:t>
      </w:r>
    </w:p>
    <w:p/>
    <w:p>
      <w:r>
        <w:rPr>
          <w:b/>
        </w:rPr>
        <w:t>6. Belirtilen boyutlarda tamamen 0'lardan oluşan bir dizi oluşturmak için hangi fonksiyon kullanılır?</w:t>
      </w:r>
    </w:p>
    <w:p>
      <w:r>
        <w:t>'np.zeros()' fonksiyonu kullanılır. Örneğin: np.zeros((3, 4)) komutu 3 satır ve 4 sütunlu sıfır matrisi üretir.</w:t>
      </w:r>
    </w:p>
    <w:p/>
    <w:p>
      <w:r>
        <w:rPr>
          <w:b/>
        </w:rPr>
        <w:t>7. Belirtilen boyutlarda tamamen 1'lerden oluşan bir dizi nasıl oluşturulur?</w:t>
      </w:r>
    </w:p>
    <w:p>
      <w:r>
        <w:t>'np.ones()' fonksiyonu kullanılır. Örneğin: np.ones((2, 3), dtype=int) komutu 2x3 boyutunda 1'lerden oluşan tam sayı dizisi üretir.</w:t>
      </w:r>
    </w:p>
    <w:p/>
    <w:p>
      <w:r>
        <w:rPr>
          <w:b/>
        </w:rPr>
        <w:t>8. Belirli bir sabit değerle doldurulmuş bir dizi oluşturmak için hangi fonksiyon kullanılır?</w:t>
      </w:r>
    </w:p>
    <w:p>
      <w:r>
        <w:t>'np.full()' fonksiyonu kullanılır. Örneğin: np.full((3, 3), 7) komutu tüm elemanları 7 olan 3x3 boyutunda bir matris oluşturur.</w:t>
      </w:r>
    </w:p>
    <w:p/>
    <w:p>
      <w:r>
        <w:rPr>
          <w:b/>
        </w:rPr>
        <w:t>9. Başlangıç, bitiş ve adım değerlerine göre ardışık sayılardan oluşan dizi üreten fonksiyon hangisidir?</w:t>
      </w:r>
    </w:p>
    <w:p>
      <w:r>
        <w:t>'np.arange()' fonksiyonudur. Örneğin: np.arange(0, 10, 2) komutu [0, 2, 4, 6, 8] dizisini döndürür.</w:t>
      </w:r>
    </w:p>
    <w:p/>
    <w:p>
      <w:r>
        <w:rPr>
          <w:b/>
        </w:rPr>
        <w:t>10. Belirli iki sayı arasını eşit parçalara bölerek dizi oluşturan 'np.linspace()' fonksiyonu nasıl çalışır?</w:t>
      </w:r>
    </w:p>
    <w:p>
      <w:r>
        <w:t>np.linspace(başlangıç, bitiş, sayı) şeklinde çalışır. Örneğin: np.linspace(0, 1, 5) komutu 0 ile 1 arasını eşit 5 parçaya böler.</w:t>
      </w:r>
    </w:p>
    <w:p/>
    <w:p>
      <w:r>
        <w:rPr>
          <w:b/>
        </w:rPr>
        <w:t>11. Belirli bir aralıkta rastgele tam sayılardan oluşan bir matris oluşturmak için hangi fonksiyon kullanılır?</w:t>
      </w:r>
    </w:p>
    <w:p>
      <w:r>
        <w:t>'np.random.randint()' kullanılır. Örneğin: np.random.randint(0, 10, size=(3, 3)) komutu 0-9 arasında rastgele sayılardan oluşan 3x3 matris üretir.</w:t>
      </w:r>
    </w:p>
    <w:p/>
    <w:p>
      <w:r>
        <w:rPr>
          <w:b/>
        </w:rPr>
        <w:t>12. Bir NumPy dizisinin boyut yapısını (satır, sütun sayısını) öğrenmek için hangi özellik (attribute) kullanılır?</w:t>
      </w:r>
    </w:p>
    <w:p>
      <w:r>
        <w:t>'shape' özelliği kullanılır. Örneğin: dizi.shape bize dizinin kaç satır ve sütundan oluştuğunu tuple olarak verir.</w:t>
      </w:r>
    </w:p>
    <w:p/>
    <w:p>
      <w:r>
        <w:rPr>
          <w:b/>
        </w:rPr>
        <w:t>13. Bir dizinin kaç boyutlu olduğunu öğrenmek için hangi özellik kullanılır?</w:t>
      </w:r>
    </w:p>
    <w:p>
      <w:r>
        <w:t>'ndim' özelliği kullanılır. Örneğin: dizi.ndim komutu dizinin boyut sayısını (1, 2, 3 vb.) döndürür.</w:t>
      </w:r>
    </w:p>
    <w:p/>
    <w:p>
      <w:r>
        <w:rPr>
          <w:b/>
        </w:rPr>
        <w:t>14. Bir dizideki toplam eleman sayısını veren özellik hangisidir?</w:t>
      </w:r>
    </w:p>
    <w:p>
      <w:r>
        <w:t>'size' özelliği kullanılır. Örneğin: 3x4 boyutundaki bir matris için dizi.size değeri 12 sonucunu verir.</w:t>
      </w:r>
    </w:p>
    <w:p/>
    <w:p>
      <w:r>
        <w:rPr>
          <w:b/>
        </w:rPr>
        <w:t>15. Dizideki elemanların veri tipini öğrenmek için kullanılan özellik hangisidir?</w:t>
      </w:r>
    </w:p>
    <w:p>
      <w:r>
        <w:t>'dtype' özelliğidir. Örneğin: dizi.dtype komutu 'int64', 'float64' gibi eleman tipini gösterir.</w:t>
      </w:r>
    </w:p>
    <w:p/>
    <w:p>
      <w:r>
        <w:rPr>
          <w:b/>
        </w:rPr>
        <w:t>16. Bir dizideki her bir elemanın bellekte kapladığı alanı bayt (byte) cinsinden veren özellik nedir?</w:t>
      </w:r>
    </w:p>
    <w:p>
      <w:r>
        <w:t>'itemsize' özelliğidir. Dizinin toplam bellek kullanımı ise size * itemsize ile hesaplanabilir.</w:t>
      </w:r>
    </w:p>
    <w:p/>
    <w:p>
      <w:r>
        <w:rPr>
          <w:b/>
        </w:rPr>
        <w:t>17. Tek boyutlu dizilerde belirli bir elemana nasıl erişilir ve değeri nasıl değiştirilir?</w:t>
      </w:r>
    </w:p>
    <w:p>
      <w:r>
        <w:t>İndeks numarasıyla erişilir. İndeksler 0'dan başlar. Örneğin: a[0] ilk elemanı verir. a[2] = 10 komutu ile 3. elemanın değeri 10 olarak güncellenir.</w:t>
      </w:r>
    </w:p>
    <w:p/>
    <w:p>
      <w:r>
        <w:rPr>
          <w:b/>
        </w:rPr>
        <w:t>18. İki boyutlu bir matriste (2D) belirli bir elemana erişim nasıl sağlanır?</w:t>
      </w:r>
    </w:p>
    <w:p>
      <w:r>
        <w:t>[satır_indeksi, sütun_indeksi] biçiminde sağlanır. Örneğin: matris[1, 2] ifadesi 2. satır, 3. sütundaki elemanı seçer.</w:t>
      </w:r>
    </w:p>
    <w:p/>
    <w:p>
      <w:r>
        <w:rPr>
          <w:b/>
        </w:rPr>
        <w:t>19. NumPy dizilerinde negatif indeksleme ne işe yarar?</w:t>
      </w:r>
    </w:p>
    <w:p>
      <w:r>
        <w:t>Dizinin sonundan başlayarak eleman seçmeyi sağlar. Örneğin: a[-1] dizinin son elemanını, matris[-1, -2] ise son satırın sondan bir önceki elemanını verir.</w:t>
      </w:r>
    </w:p>
    <w:p/>
    <w:p>
      <w:r>
        <w:rPr>
          <w:b/>
        </w:rPr>
        <w:t>20. Tek boyutlu dizilerde dilimleme (slicing) yapısı [başlangıç:bitiş:adım] nasıl kullanılır?</w:t>
      </w:r>
    </w:p>
    <w:p>
      <w:r>
        <w:t>Örneğin: a[1:5:2] ifadesi 1. indeksten başlayıp 5. indekse kadar (5 hariç) 2'şer adım atlayarak elemanları seçer.</w:t>
      </w:r>
    </w:p>
    <w:p/>
    <w:p>
      <w:r>
        <w:rPr>
          <w:b/>
        </w:rPr>
        <w:t>21. İki boyutlu matrislerde tüm satırları veya tüm sütunları seçmek için dilimleme nasıl yapılır?</w:t>
      </w:r>
    </w:p>
    <w:p>
      <w:r>
        <w:t>Tüm satırlar veya sütunlar için ':' simgesi kullanılır. Örneğin: matris[:, 0] tüm satırların ilk sütununu, matris[1, :] ise 2. satırın tüm sütunlarını seçer.</w:t>
      </w:r>
    </w:p>
    <w:p/>
    <w:p>
      <w:r>
        <w:rPr>
          <w:b/>
        </w:rPr>
        <w:t>22. NumPy'da mantıksal/koşullu seçim (Boolean Indexing) nasıl yapılır?</w:t>
      </w:r>
    </w:p>
    <w:p>
      <w:r>
        <w:t>Diziye bir koşul uygulanarak filtreleme yapılır. Örneğin: y[y &gt; 5] komutu 'y' dizisindeki 5'ten büyük olan elemanları bir dizi olarak getirir.</w:t>
      </w:r>
    </w:p>
    <w:p/>
    <w:p>
      <w:r>
        <w:rPr>
          <w:b/>
        </w:rPr>
        <w:t>23. Bir dizinin biçimini (shape) eleman sayısını değiştirmeden değiştirmek için hangi fonksiyon kullanılır?</w:t>
      </w:r>
    </w:p>
    <w:p>
      <w:r>
        <w:t>'reshape()' fonksiyonu kullanılır. Örneğin: 12 elemanlı tek boyutlu diziyi 3x4 matrise çevirmek için dizi.reshape((3, 4)) kullanılır.</w:t>
      </w:r>
    </w:p>
    <w:p/>
    <w:p>
      <w:r>
        <w:rPr>
          <w:b/>
        </w:rPr>
        <w:t>24. Çok boyutlu bir matrisi tek boyutlu (1D) bir vektöre dönüştürmek için reshape nasıl kullanılır?</w:t>
      </w:r>
    </w:p>
    <w:p>
      <w:r>
        <w:t>dizi.reshape(-1) veya dizi.flatten() komutları ile çok boyutlu matris düzleştirilerek tek boyutlu diziye dönüştürülür.</w:t>
      </w:r>
    </w:p>
    <w:p/>
    <w:p>
      <w:r>
        <w:rPr>
          <w:b/>
        </w:rPr>
        <w:t>25. İki veya daha fazla NumPy dizisini birleştirmek için hangi fonksiyon kullanılır?</w:t>
      </w:r>
    </w:p>
    <w:p>
      <w:r>
        <w:t>'np.concatenate()' fonksiyonu kullanılır. Örneğin: np.concatenate([dizi1, dizi2]) iki diziyi uca ekler.</w:t>
      </w:r>
    </w:p>
    <w:p/>
    <w:p>
      <w:r>
        <w:rPr>
          <w:b/>
        </w:rPr>
        <w:t>26. Matrisleri birleştirirken 'axis' parametresinin değeri (0 ve 1) ne anlama gelir?</w:t>
      </w:r>
    </w:p>
    <w:p>
      <w:r>
        <w:t>axis=0: Alt alta (satır bazında / dikey) birleştirme yapar.</w:t>
        <w:br/>
        <w:t>axis=1: Yan yana (sütun bazında / yatay) birleştirme yapar.</w:t>
      </w:r>
    </w:p>
    <w:p/>
    <w:p>
      <w:r>
        <w:rPr>
          <w:b/>
        </w:rPr>
        <w:t>27. Bir NumPy dizisini belirli noktalardan bölmek/ayrıştırmak için hangi fonksiyon kullanılır?</w:t>
      </w:r>
    </w:p>
    <w:p>
      <w:r>
        <w:t>'np.split()' fonksiyonu kullanılır. Örneğin: np.split(dizi, [3, 5]) komutu diziyi 0-3, 3-5 ve 5'ten sonrası olmak üzere 3 parçaya böler.</w:t>
      </w:r>
    </w:p>
    <w:p/>
    <w:p>
      <w:r>
        <w:rPr>
          <w:b/>
        </w:rPr>
        <w:t>28. İki boyutlu matrisleri dikey ve yatay olarak bölmek için kullanılan özel fonksiyonlar nelerdir?</w:t>
      </w:r>
    </w:p>
    <w:p>
      <w:r>
        <w:t>Dikey bölme (satır bazlı) için 'np.vsplit()', yatay bölme (sütun bazlı) için 'np.hsplit()' fonksiyonları kullanılır.</w:t>
      </w:r>
    </w:p>
    <w:p/>
    <w:p>
      <w:r>
        <w:rPr>
          <w:b/>
        </w:rPr>
        <w:t>29. NumPy dizilerindeki elemanları küçükten büyüğe sıralamak için hangi fonksiyonlar kullanılır?</w:t>
      </w:r>
    </w:p>
    <w:p>
      <w:r>
        <w:t>'np.sort(dizi)' mevcut diziyi bozmadan sıralanmış halini döndürür. 'dizi.sort()' ise diziyi doğrudan yerinde (inplace) kalıcı olarak sıralar.</w:t>
      </w:r>
    </w:p>
    <w:p/>
    <w:p>
      <w:r>
        <w:rPr>
          <w:b/>
        </w:rPr>
        <w:t>30. İki boyutlu matrislerde satır veya sütun bazında sıralama nasıl yapılır?</w:t>
      </w:r>
    </w:p>
    <w:p>
      <w:r>
        <w:t>'axis' parametresiyle yapılır. np.sort(matris, axis=1) her satırı kendi içinde, np.sort(matris, axis=0) ise her sütunu kendi içinde küçükten büyüğe sıralar.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